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left"/>
      </w:pPr>
      <w:r>
        <w:rPr>
          <w:rFonts w:ascii="Arial" w:hAnsi="Arial" w:cs="Arial"/>
          <w:b/>
          <w:color w:val="151A30"/>
          <w:sz w:val="40"/>
        </w:rPr>
        <w:t>Weekly Class Schedule</w:t>
      </w:r>
      <w:r>
        <w:rPr>
          <w:rFonts w:ascii="Arial" w:hAnsi="Arial" w:cs="Arial"/>
          <w:b w:val="0"/>
          <w:color w:val="5B6478"/>
          <w:sz w:val="20"/>
        </w:rPr>
        <w:t xml:space="preserve">        Name: ____________________      Semester: 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51A30"/>
          <w:left w:val="single" w:sz="12" w:color="151A30"/>
          <w:bottom w:val="single" w:sz="12" w:color="151A30"/>
          <w:right w:val="single" w:sz="12" w:color="151A30"/>
          <w:insideH w:val="single" w:sz="8" w:color="9AA1B2"/>
          <w:insideV w:val="single" w:sz="8" w:color="9AA1B2"/>
        </w:tblBorders>
      </w:tblPr>
      <w:tblGrid>
        <w:gridCol w:w="2598"/>
        <w:gridCol w:w="2598"/>
        <w:gridCol w:w="2598"/>
        <w:gridCol w:w="2598"/>
        <w:gridCol w:w="2598"/>
        <w:gridCol w:w="2598"/>
      </w:tblGrid>
      <w:tr>
        <w:trPr>
          <w:trHeight w:val="567" w:hRule="exact"/>
          <w:tblHeader/>
        </w:trPr>
        <w:tc>
          <w:tcPr>
            <w:tcW w:type="dxa" w:w="1134"/>
            <w:vAlign w:val="center"/>
            <w:shd w:val="clear" w:color="auto" w:fill="EEF0F4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</w:rPr>
              <w:t>Time</w:t>
            </w:r>
          </w:p>
        </w:tc>
        <w:tc>
          <w:tcPr>
            <w:tcW w:type="dxa" w:w="2891"/>
            <w:vAlign w:val="center"/>
            <w:shd w:val="clear" w:color="auto" w:fill="EEF0F4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</w:rPr>
              <w:t>Monday</w:t>
            </w:r>
          </w:p>
        </w:tc>
        <w:tc>
          <w:tcPr>
            <w:tcW w:type="dxa" w:w="2891"/>
            <w:vAlign w:val="center"/>
            <w:shd w:val="clear" w:color="auto" w:fill="EEF0F4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</w:rPr>
              <w:t>Tuesday</w:t>
            </w:r>
          </w:p>
        </w:tc>
        <w:tc>
          <w:tcPr>
            <w:tcW w:type="dxa" w:w="2891"/>
            <w:vAlign w:val="center"/>
            <w:shd w:val="clear" w:color="auto" w:fill="EEF0F4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</w:rPr>
              <w:t>Wednesday</w:t>
            </w:r>
          </w:p>
        </w:tc>
        <w:tc>
          <w:tcPr>
            <w:tcW w:type="dxa" w:w="2891"/>
            <w:vAlign w:val="center"/>
            <w:shd w:val="clear" w:color="auto" w:fill="EEF0F4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</w:rPr>
              <w:t>Thursday</w:t>
            </w:r>
          </w:p>
        </w:tc>
        <w:tc>
          <w:tcPr>
            <w:tcW w:type="dxa" w:w="2891"/>
            <w:vAlign w:val="center"/>
            <w:shd w:val="clear" w:color="auto" w:fill="EEF0F4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</w:rPr>
              <w:t>Friday</w:t>
            </w: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08:00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09:00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10:00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11:00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12:00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13:00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14:00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15:00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16:00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17:00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18:00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19:00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  <w:tr>
        <w:trPr>
          <w:trHeight w:val="693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</w:rPr>
              <w:t>20:00</w:t>
            </w: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  <w:tc>
          <w:tcPr>
            <w:tcW w:type="dxa" w:w="2891"/>
            <w:vAlign w:val="center"/>
          </w:tcPr>
          <w:p>
            <w:pPr>
              <w:jc w:val="center"/>
            </w:pPr>
          </w:p>
        </w:tc>
      </w:tr>
    </w:tbl>
    <w:p>
      <w:pPr>
        <w:spacing w:before="80"/>
        <w:jc w:val="left"/>
      </w:pPr>
      <w:r>
        <w:rPr>
          <w:rFonts w:ascii="Arial" w:hAnsi="Arial" w:cs="Arial"/>
          <w:b w:val="0"/>
          <w:color w:val="8B90A3"/>
          <w:sz w:val="16"/>
        </w:rPr>
        <w:t>Free class schedule from Focusity · focusity.co.il/en/tools/printable-timetable</w:t>
      </w:r>
    </w:p>
    <w:sectPr w:rsidR="00FC693F" w:rsidRPr="0006063C" w:rsidSect="00034616">
      <w:pgSz w:w="16838" w:h="11906" w:orient="landscape"/>
      <w:pgMar w:top="567" w:right="624" w:bottom="45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